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Santa Claus</w:t>
      </w:r>
    </w:p>
    <w:p/>
    <w:p>
      <w:pPr>
        <w:pStyle w:val="Heading2"/>
      </w:pPr>
      <w:r>
        <w:rPr>
          <w:sz w:val="28"/>
        </w:rPr>
        <w:t>Stimme (Sopran)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pling pling pling pling . . . . . . . . pling | Du bleibst bes-ser wach, gehst jetzt nicht ins Bett, | kriegst gleich noch Be-such, | du weist um wen's geht: |  :|| -bei_  | Er hat 'ne Na-mens-li-ste von al-len Kin-dern hier. Er weiß wer brav und wer's nicht war, und das weiß er auch von dir. | Jaa.. | Du gehst bes-ser rauf, | ziehst dich noch schnell um, kämmst dir dein Haar, | du weißt ja wa-rum San-ta Claus kommt heut noch vor-bei_  | Er kennt all dei-ne Wün-sche und weiß, wo-von du träumst. Wenn du ihm sagst du bes-serst dich weiß er ob du's ehr-lich meinst. | Jaa.. | Du bleibst bes-ser wach, | mach's Fen-ster weit auf | und schaust mal ganz schnell | zum Him-mel hin-auf San-ta Claus kommt heut noch vor-bei pling pling pling pling . . . . . . . . . . . . . . . | pling_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Er kommt von weit her und fliegt duch die Nacht | Sein Schlit-ten ist voll | mit San-ta Claus kommt heut noch vor-bei. Hoo-hoo. |  :||  |  |  |  |  |  |  |  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Ge-schen-ken be-packt |  :||  |  |  |  |  |  |  |  |</w:t>
      </w:r>
    </w:p>
    <w:p/>
    <w:p/>
    <w:p>
      <w:pPr>
        <w:pStyle w:val="Heading2"/>
      </w:pPr>
      <w:r>
        <w:rPr>
          <w:sz w:val="28"/>
        </w:rPr>
        <w:t>Stimme (Alt)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pling pling pling pling . . . . . . . . pling | Du bleibst bes-ser wach, gehst jetzt nicht ins Bett, | kriegst gleich noch Be-such, | du weist um wen's geht: |  :|| -bei_  | Er hat 'ne Na-mens-li-ste von al-len Kin-dern hier. Er weiß wer brav und wer's nicht war, und das weiß er auch von dir. | Jaa.. | Du gehst bes-ser rauf, | ziehst dich noch schnell um, kämmst dir dein Haar, | du weißt ja wa-rum San-ta Claus kommt heut noch vor-bei_  | Er kennt all dei-ne Wün-sche und weiß, wo-von du träumst. Wenn du ihm sagst du bes-serst dich weiß er ob du's ehr-lich meinst. | Jaa.. | Du bleibst bes-ser wach, | mach's Fen-ster weit auf | und schaust mal ganz schnell | zum Him-mel hin-auf San-ta Claus kommt heut noch vor-bei pling pling pling pling . . . . . . . . . . . . . . . | pling_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Er kommt von weit her und fliegt duch die Nacht | Sein Schlit-ten ist voll | mit San-ta Claus kommt heut noch vor-bei. Hoo-hoo. |  :||  |  |  |  |  |  |  |  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Ge-schen-ken be-packt |  :||  |  |  |  |  |  |  |  |</w:t>
      </w:r>
    </w:p>
    <w:p/>
    <w:p/>
    <w:p>
      <w:pPr>
        <w:pStyle w:val="Heading2"/>
      </w:pPr>
      <w:r>
        <w:rPr>
          <w:sz w:val="28"/>
        </w:rPr>
        <w:t>Stimme (Bar.)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pling pling pling pling . . . . . . . . pling | Du bleibst bes-ser wach, gehst jetzt nicht ins Bett, | kriegst gleich noch Be-such, | du weist um wen's geht: |  :|| -bei_  | Er hat 'ne Na-mens-li-ste von al-len Kin-dern hier. Er weiß wer brav und wer's nicht war, und das weiß er auch von dir. | Jaa.. | Du gehst bes-ser rauf, | ziehst dich noch schnell um, kämmst dir dein Haar, | du weißt ja wa-rum San-ta Claus kommt heut noch vor-bei_  | Er kennt all dei-ne Wün-sche und weiß, wo-von du träumst. Wenn du ihm sagst du bes-serst dich weiß er ob du's ehr-lich meinst. | Jaa.. | Du bleibst bes-ser wach, | mach's Fen-ster weit auf | und schaust mal ganz schnell | zum Him-mel hin-auf San-ta Claus kommt heut noch vor-bei pling pling pling pling . . . . . . . . . . . . . . . | pling_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Er kommt von weit her und fliegt duch die Nacht | Sein Schlit-ten ist voll | mit San-ta Claus kommt heut noch vor-bei. Und bringt Le-cker-ei... |  :||  |  |  |  |  |  |  |  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Ge-schen-ken be-packt |  :||  |  |  |  |  |  |  |  |</w:t>
      </w:r>
    </w:p>
    <w:p/>
    <w:p/>
    <w:p/>
    <w:p>
      <w:r>
        <w:rPr>
          <w:i/>
          <w:sz w:val="18"/>
        </w:rPr>
        <w:t>Die Liedtexte basieren auf den Noten vom 04.11.2026</w:t>
      </w:r>
    </w:p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